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项目周报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项目：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周期：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作者：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状态：🟢正常 / 🟡有风险 / 🔴阻塞（按下方定义选一个）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填写说明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1. </w:t>
      </w:r>
      <w:r>
        <w:rPr>
          <w:rFonts w:ascii="微软雅黑" w:hAnsi="微软雅黑" w:eastAsia="微软雅黑"/>
          <w:b/>
          <w:sz w:val="22"/>
        </w:rPr>
        <w:t>顺序</w:t>
      </w:r>
      <w:r>
        <w:rPr>
          <w:rFonts w:ascii="微软雅黑" w:hAnsi="微软雅黑" w:eastAsia="微软雅黑"/>
          <w:b w:val="0"/>
          <w:sz w:val="22"/>
        </w:rPr>
        <w:t xml:space="preserve">：先更新排期表和风险表 → 摘出完成项、偏差、Top 3 风险 → 写「需要决策」→ </w:t>
      </w:r>
      <w:r>
        <w:rPr>
          <w:rFonts w:ascii="微软雅黑" w:hAnsi="微软雅黑" w:eastAsia="微软雅黑"/>
          <w:b/>
          <w:sz w:val="22"/>
        </w:rPr>
        <w:t>最后写一句话结论</w:t>
      </w:r>
      <w:r>
        <w:rPr>
          <w:rFonts w:ascii="微软雅黑" w:hAnsi="微软雅黑" w:eastAsia="微软雅黑"/>
          <w:b w:val="0"/>
          <w:sz w:val="22"/>
        </w:rPr>
        <w:t>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2. </w:t>
      </w:r>
      <w:r>
        <w:rPr>
          <w:rFonts w:ascii="微软雅黑" w:hAnsi="微软雅黑" w:eastAsia="微软雅黑"/>
          <w:b/>
          <w:sz w:val="22"/>
        </w:rPr>
        <w:t>状态灯定义</w:t>
      </w:r>
      <w:r>
        <w:rPr>
          <w:rFonts w:ascii="微软雅黑" w:hAnsi="微软雅黑" w:eastAsia="微软雅黑"/>
          <w:b w:val="0"/>
          <w:sz w:val="22"/>
        </w:rPr>
        <w:t>：🟢 里程碑按计划；🟡 有偏差但有方案，或有高等级风险未消除；🔴 关键里程碑会延期且需要外部帮助。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完成项写</w:t>
      </w:r>
      <w:r>
        <w:rPr>
          <w:rFonts w:ascii="微软雅黑" w:hAnsi="微软雅黑" w:eastAsia="微软雅黑"/>
          <w:b/>
          <w:sz w:val="22"/>
        </w:rPr>
        <w:t>结果 + 证据</w:t>
      </w:r>
      <w:r>
        <w:rPr>
          <w:rFonts w:ascii="微软雅黑" w:hAnsi="微软雅黑" w:eastAsia="微软雅黑"/>
          <w:b w:val="0"/>
          <w:sz w:val="22"/>
        </w:rPr>
        <w:t>，不写「跟进、参与、协调」。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4. 里程碑表每周都写，「预测 = 计划」也是信息。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5. 全文控制在一屏到一屏半，细节放链接。给老板 / 项目组 / 协作团队的版本可按读者删减。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一句话结论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本周 ____；下周 ____；最大风险 ____。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本周完成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事项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结果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证据 / 链接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完成 / 完成 __%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里程碑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里程碑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计划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预测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偏差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延期（延了多久、为什么、新日期、要谁帮忙）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事项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根因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新日期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需要谁帮忙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无 / ____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风险 Top 3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等级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风险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下一步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负责人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需要决策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问题：____？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A. ____：影响 ____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B. ____：影响 ____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建议 __。请 ____ 在 ____ 前确认。（可选：到期未回复默认按 __ 执行）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下周计划（不超过 5 条，写成能验证的）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发送前自检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只读第一行能知道项目状态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没有「顺利」「有序推进」「持续关注」这类空话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每个延期都有根因和新日期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需要别人做的事写了选项和截止日期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上周的「下周计划」已逐条对照，没完成的进了「延期」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pm.liudachun.com/free/zhoubao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