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AI 写 PRD 提示词卡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使用说明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 适用于常见的 AI 对话工具。四步在</w:t>
      </w:r>
      <w:r>
        <w:rPr>
          <w:rFonts w:ascii="微软雅黑" w:hAnsi="微软雅黑" w:eastAsia="微软雅黑"/>
          <w:b/>
          <w:sz w:val="22"/>
        </w:rPr>
        <w:t>同一个对话</w:t>
      </w:r>
      <w:r>
        <w:rPr>
          <w:rFonts w:ascii="微软雅黑" w:hAnsi="微软雅黑" w:eastAsia="微软雅黑"/>
          <w:b w:val="0"/>
          <w:sz w:val="22"/>
        </w:rPr>
        <w:t>里依次进行；换新对话要重新贴事实包。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 先填「事实包」——AI 写得好不好，取决于你给它什么。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每一步用完，对照「人必须检查」打勾，再进入下一步。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4. ⚠️ 先看公司数据安全规定：客户信息、未公开经营数据不要直接粘贴到外部 AI 工具，先脱敏或使用公司批准的工具。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分工原则</w:t>
      </w:r>
      <w:r>
        <w:rPr>
          <w:rFonts w:ascii="微软雅黑" w:hAnsi="微软雅黑" w:eastAsia="微软雅黑"/>
          <w:b w:val="0"/>
          <w:sz w:val="22"/>
        </w:rPr>
        <w:t>：人提供事实、做决策；AI 搭结构、查遗漏、挑毛病。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第 0 步：事实包（填空）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背景：现状是 ____；问题出现频率 ____；造成的成本 ____（真实数据）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目标：主指标 ____，基线 ____ → 目标 ____，时间窗口 ____；护栏指标 ____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用户：____（角色 / 使用频率）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场景：在 ____ 情况下，用户要 ____，现在只能 ____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约束：技术 ____；时间 ____；合规 ____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本期不做：____；____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第 1 步：起草 PRD 初稿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你是一名经验丰富的 B 端产品经理。请根据下面的【事实包】起草一份 PRD 初稿。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要求：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1. 结构：背景与目标、非目标、用户与场景、方案概述、功能列表（ID / 需求 / 优先级 / 验收标准）、异常与边界、权限、埋点、上线与回滚、开放问题。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2. 只使用事实包里的信息。事实包没有提供的数据、阈值、日期，一律写成「【待确认：xxx】」，不要自己编数字。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3. 验收标准写成可以测试的句子：包含条件、操作和可观察的结果，有数字的写数字。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4. 优先级只用 P0（没有就不能上线）和 P1（上线后可以补）。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5. 不要把【事实包】里「本期不做」的内容写进范围。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6. 最后单独列出：你认为事实包里缺少、需要我补充的信息。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【事实包】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（在这里粘贴）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可选追加一句：</w:t>
      </w:r>
      <w:r>
        <w:rPr>
          <w:rFonts w:ascii="微软雅黑" w:hAnsi="微软雅黑" w:eastAsia="微软雅黑"/>
          <w:b w:val="0"/>
          <w:sz w:val="22"/>
        </w:rPr>
        <w:t>开始写之前，先问我最多 5 个你认为最关键的问题。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人必须检查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搜「%」「秒」「万」「天」，每个数字都能在事实包里找到来源，否则改成【待确认】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「本期不做」的内容没有被加回范围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优先级不是全部 P0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所有【待确认】已列出并找到对应的人（阈值类找研发评估）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第 2 步：补异常与边界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下面是一份 PRD 的功能列表。请逐条找出还没有写清楚的异常和边界场景，按以下类别检查：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权限：无权限、操作过程中权限变化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数据：结果为空、超过上限、刚好等于阈值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状态与时序：重复操作、并发、过期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外部依赖失败：超时、通知发送失败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格式：时区、金额精度、特殊字符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用表格输出，列为：功能 ID｜场景｜PRD 目前是否覆盖｜建议的预期行为｜需要谁确认。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「建议的预期行为」如果涉及业务规则，标注「需产品确认」，不要直接替我决定。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【功能列表】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（在这里粘贴）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人必须检查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只保留和业务真正相关的场景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「预期行为」由你和业务方决定，没有直接照抄 AI 的建议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第 3 步：扮演研发评审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请你扮演一名资深后端研发，参加这份 PRD 的需求评审。你的目标是在开发开始之前，找出会导致返工、延期或线上问题的地方。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请输出不超过 15 个问题，按严重程度从高到低排序，每个问题按以下格式：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问题：（具体到章节或功能 ID）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为什么是问题：（会导致什么后果）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希望产品补充什么：（具体的信息或决定）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重点关注：验收标准能否实现、数据量与性能、接口与依赖、权限与安全、上线与回滚、模糊的词（快速、大量、友好、等）。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不要提「建议进一步细化」这类泛泛的意见。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【PRD】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（在这里粘贴）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第 4 步：扮演测试评审（同一对话里接着发）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现在换成资深测试工程师的角色。请逐条检查 P0 需求的验收标准：能不能直接写出测试用例？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如果不能，指出缺什么（前置条件、测试数据、期望结果、边界值），并给出改写后的验收标准。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最后列出你会重点测试的 5 个边界场景。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人必须检查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每个问题已归类：真问题 → 改 PRD；PRD 已写 → 调整位置或写法；无关 → 忽略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真实评审照常开：AI 不了解你们系统的现状（从库、队列、已有接口等）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分工速查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AI 可以做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人必须做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背景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整理成通顺段落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提供真实数据，核对来源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目标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检查基线 / 目标值 / 时间窗口是否齐全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决定指标和目标值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范围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提醒可能的遗漏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决定做什么、不做什么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验收标准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改写成可测试句式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确认数字和规则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异常边界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列候选场景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挑选场景，决定预期行为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评审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模拟研发、测试提问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判断取舍，组织真实评审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小技巧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PRD 很长时分节生成，质量更稳定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最后通读一遍，把术语和口径统一成团队习惯的说法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pm.liudachun.com/free/tiaoci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