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微软雅黑" w:hAnsi="微软雅黑" w:eastAsia="微软雅黑"/>
          <w:b/>
          <w:color w:val="001941"/>
          <w:sz w:val="40"/>
        </w:rPr>
        <w:t>AI 会议纪要提示词卡</w:t>
      </w:r>
    </w:p>
    <w:p>
      <w:pPr>
        <w:spacing w:before="0" w:after="120" w:line="276" w:lineRule="auto"/>
      </w:pPr>
      <w:r>
        <w:rPr>
          <w:rFonts w:ascii="微软雅黑" w:hAnsi="微软雅黑" w:eastAsia="微软雅黑"/>
          <w:b w:val="0"/>
          <w:color w:val="FF7A1A"/>
          <w:sz w:val="20"/>
        </w:rPr>
        <w:t>PM交付手册Pro · 免费模板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使用说明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1. 适用于常见的 AI 对话工具。流程：原始记录 → 提示词 1 → 人核对 → 发出 → 提示词 2 → 进任务表；每周五用提示词 3 汇总周报素材。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2. 原始材料不限：会议转写、录音转文字、自己的速记都行。</w:t>
      </w:r>
      <w:r>
        <w:rPr>
          <w:rFonts w:ascii="微软雅黑" w:hAnsi="微软雅黑" w:eastAsia="微软雅黑"/>
          <w:b/>
          <w:sz w:val="22"/>
        </w:rPr>
        <w:t>一定要附上参会人名单和会议日期（含星期）</w:t>
      </w:r>
      <w:r>
        <w:rPr>
          <w:rFonts w:ascii="微软雅黑" w:hAnsi="微软雅黑" w:eastAsia="微软雅黑"/>
          <w:b w:val="0"/>
          <w:sz w:val="22"/>
        </w:rPr>
        <w:t>，减少人名识别错误和日期换算错误。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3. ⚠️ 会议转写可能含敏感信息，按公司规定选择工具，必要时先脱敏；需要录音的会议，开始前告知参会人。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会议信息（每次填好贴在原始记录前）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主题：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日期（含星期）：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参会人及角色：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本次要定的事：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提示词 1：整理成纪要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你是项目助理。请把下面的会议原始记录整理成会议纪要。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会议信息：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主题：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日期（含星期）：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参会人及角色：（例：林晓-产品，赵强-后端）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输出格式：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1. 结论：每条一句话，只写会上明确达成一致的内容。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2. 待办：表格，列为 序号｜行动｜负责人｜截止日期｜原话依据。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3. 待决问题：还没有结论的事项，写清卡在哪里、需要谁决定。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4. 需要我确认的地方：原始记录中含糊、矛盾或缺失的信息。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规则：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原始记录里没有明确说出的负责人或日期，写「【待确认】」，不要推测。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区分「讨论过」和「定下来」：只是有人提出、没有明确同意的，放进待决问题，不要写成结论。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「下周一」「6 号前」这类日期，根据会议日期换算成具体日期，并在旁边保留原话。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人名只使用参会人名单里的名字。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【原始记录】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（在这里粘贴）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发出前核对（5 项）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结论是真的达成了一致，不是某人随口一提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每个负责人本人认领；拿不准的发纪要时 @ 对方确认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相对日期（下周一、月底前）已逐个对照日历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阈值、上限、金额等数字与原始记录一致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删掉对人的评价、玩笑话等不该进纪要的内容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提醒：如果 AI 给每条待办都填满了负责人和日期，反而要警惕。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提示词 2：待办拆成任务清单（CSV）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根据下面会议纪要中的待办，生成可以导入任务表的清单，使用 CSV 格式，列为：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ID,任务,负责人,截止日期,依赖,产出物,状态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要求：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每个任务只有一个负责人；一个待办涉及多人时，拆成多条。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任务描述以动词开头。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「产出物」写可以检查的东西（文档、链接、评估结论），不要写「跟进」「推进」。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状态统一填「未开始」。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- 缺失的信息填「待确认」。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【纪要】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（在这里粘贴）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输出可直接粘进 Excel / 飞书表格，再合并到项目排期表。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提示词 3：一周纪要汇总成周报素材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下面是本周项目相关的几份会议纪要和任务状态更新。请帮我整理成项目周报的素材，按以下结构：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1. 一句话结论草稿：本周____；下周____；最大风险____。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2. 本周完成：只写有结果的事项，并注明依据来自哪份材料。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3. 延期或变化：原计划、现在的情况、原因。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4. 风险：按影响大小排序，最多 3 条。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5. 需要决策的事项：写成选项 A / B 以及各自的影响，不要替我给建议。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6. 无法判断、需要我补充的信息。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不要使用「进展顺利」「有序推进」这类没有信息量的说法。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 xml:space="preserve"> 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【本周材料】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（在这里粘贴）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这些要自己做</w:t>
      </w:r>
      <w:r>
        <w:rPr>
          <w:rFonts w:ascii="微软雅黑" w:hAnsi="微软雅黑" w:eastAsia="微软雅黑"/>
          <w:b w:val="0"/>
          <w:sz w:val="22"/>
        </w:rPr>
        <w:t>：状态灯判断；「需要决策」里的建议；按读者（老板 / 项目组）调整详略。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AI 最容易错的 4 个地方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1. 把讨论当结论（「能不能加排序」→「新增排序功能」）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2. 编负责人（谁发言多就分给谁）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3. 相对日期算错（没给会议日期和星期时尤其容易错）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4. 漏掉否定（「排序先不做」→「排序功能」）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省时节奏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会后 10 分钟：提示词 1 → 核对 → 发群 @ 负责人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当天：提示词 2 → 合并进任务表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周五：提示词 3 → 改写成周报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</w:r>
    </w:p>
    <w:p>
      <w:pPr>
        <w:spacing w:before="120" w:after="40" w:line="276" w:lineRule="auto"/>
      </w:pPr>
      <w:r>
        <w:rPr>
          <w:rFonts w:ascii="微软雅黑" w:hAnsi="微软雅黑" w:eastAsia="微软雅黑"/>
          <w:b w:val="0"/>
          <w:color w:val="555555"/>
          <w:sz w:val="18"/>
        </w:rPr>
        <w:t>来自公众号「PM交付手册Pro」· pm.liudachun.com/free/jiyao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