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微软雅黑" w:hAnsi="微软雅黑" w:eastAsia="微软雅黑"/>
          <w:b/>
          <w:color w:val="001941"/>
          <w:sz w:val="40"/>
        </w:rPr>
        <w:t>项目 / 迭代复盘</w:t>
      </w:r>
    </w:p>
    <w:p>
      <w:pPr>
        <w:spacing w:before="0" w:after="120" w:line="276" w:lineRule="auto"/>
      </w:pPr>
      <w:r>
        <w:rPr>
          <w:rFonts w:ascii="微软雅黑" w:hAnsi="微软雅黑" w:eastAsia="微软雅黑"/>
          <w:b w:val="0"/>
          <w:color w:val="FF7A1A"/>
          <w:sz w:val="20"/>
        </w:rPr>
        <w:t>PM交付手册Pro · 免费模板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项目 / 迭代：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时间：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主持人：（建议不由团队最高职级的人担任）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参与人：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填写说明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 xml:space="preserve">1. 第 1、2、3 节由 PM </w:t>
      </w:r>
      <w:r>
        <w:rPr>
          <w:rFonts w:ascii="微软雅黑" w:hAnsi="微软雅黑" w:eastAsia="微软雅黑"/>
          <w:b/>
          <w:sz w:val="22"/>
        </w:rPr>
        <w:t>会前</w:t>
      </w:r>
      <w:r>
        <w:rPr>
          <w:rFonts w:ascii="微软雅黑" w:hAnsi="微软雅黑" w:eastAsia="微软雅黑"/>
          <w:b w:val="0"/>
          <w:sz w:val="22"/>
        </w:rPr>
        <w:t>准备好，会上不现场回忆；会前向参与人收集三个问题：哪里好？哪里不好？有什么建议？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2. 会上按「结果 → 时间线 → 根因 → 动作」的顺序；只挑 2–3 个最重要的问题深挖。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3. 根因追问到「改了它，同类问题就不会再发生」为止；追到「某人失误」不要停，继续找机制缺口。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4. 改进项不超过 3–5 条，每条有负责人和截止日，能明确回答「做了没有」。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5. 会后改进项进任务系统；下次复盘先过第 0 节。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开场规则：对事不对人；先事实后观点；不追求覆盖所有问题。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0. 上次改进项检查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改进项</w:t>
            </w:r>
          </w:p>
        </w:tc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负责人</w:t>
            </w:r>
          </w:p>
        </w:tc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截止</w:t>
            </w:r>
          </w:p>
        </w:tc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完成？</w:t>
            </w:r>
          </w:p>
        </w:tc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未完成原因</w:t>
            </w:r>
          </w:p>
        </w:tc>
      </w:tr>
      <w:tr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是 / 否</w:t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1. 目标 vs 结果（用上线前定好的指标）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目标</w:t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实际</w:t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达成</w:t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说明</w:t>
            </w:r>
          </w:p>
        </w:tc>
      </w:tr>
      <w:tr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是 / 部分 / 否</w:t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2. 时间线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日期</w:t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计划</w:t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实际 / 关键事件</w:t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决策或影响</w:t>
            </w:r>
          </w:p>
        </w:tc>
      </w:tr>
      <w:tr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3. 过程数据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需求变更：__ 次，共增加 __ 人天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延期：__ 天，发生在 ____ 环节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提测打回：__ 次，原因：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缺陷：严重 __ / 一般 __ / 轻微 __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上线后问题：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4. 做得好的（要固定下来）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1.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2.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5. 根因追问（每个重点问题一张）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现象（带数据）：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为什么？→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为什么？→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为什么？→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为什么？→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根因：技术上 ____；过程上 ____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检验：改了它，同类问题还会发生吗？□会（继续问）□不会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6. 改进项（不超过 5 条）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问题</w:t>
            </w:r>
          </w:p>
        </w:tc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根因</w:t>
            </w:r>
          </w:p>
        </w:tc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动作</w:t>
            </w:r>
          </w:p>
        </w:tc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负责人</w:t>
            </w:r>
          </w:p>
        </w:tc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截止</w:t>
            </w:r>
          </w:p>
        </w:tc>
      </w:tr>
      <w:tr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7. 可沉淀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可以变成模板段落 / 检查项的：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要同步给没参会的相关方：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</w:r>
    </w:p>
    <w:p>
      <w:pPr>
        <w:spacing w:before="120" w:after="40" w:line="276" w:lineRule="auto"/>
      </w:pPr>
      <w:r>
        <w:rPr>
          <w:rFonts w:ascii="微软雅黑" w:hAnsi="微软雅黑" w:eastAsia="微软雅黑"/>
          <w:b w:val="0"/>
          <w:color w:val="555555"/>
          <w:sz w:val="18"/>
        </w:rPr>
        <w:t>来自公众号「PM交付手册Pro」· pm.liudachun.com/free/fupan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